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191AF2" w:rsidRDefault="00000000" w14:paraId="0ECCF9D0" w14:textId="77777777">
      <w:pPr>
        <w:spacing w:after="80"/>
        <w:jc w:val="center"/>
      </w:pPr>
      <w:r>
        <w:rPr>
          <w:noProof/>
        </w:rPr>
        <w:drawing>
          <wp:inline distT="0" distB="0" distL="0" distR="0" wp14:anchorId="1A8FBE11" wp14:editId="1ED433D2">
            <wp:extent cx="3215280" cy="375239"/>
            <wp:effectExtent l="0" t="0" r="444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64987" cy="38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2A337F" w:rsidR="00191AF2" w:rsidRDefault="00000000" w14:paraId="6898493F" w14:textId="525016D8">
      <w:pPr>
        <w:spacing w:after="40"/>
        <w:jc w:val="center"/>
        <w:rPr>
          <w:lang w:val="es-US"/>
        </w:rPr>
      </w:pPr>
      <w:r w:rsidRPr="0B572C2E" w:rsidR="3D042F81">
        <w:rPr>
          <w:b w:val="1"/>
          <w:bCs w:val="1"/>
          <w:color w:val="1F4E79"/>
          <w:sz w:val="30"/>
          <w:szCs w:val="30"/>
          <w:lang w:val="es-US"/>
        </w:rPr>
        <w:t xml:space="preserve">LISTA DE COTEJO </w:t>
      </w:r>
      <w:r w:rsidRPr="0B572C2E" w:rsidR="6CE92DF9">
        <w:rPr>
          <w:b w:val="1"/>
          <w:bCs w:val="1"/>
          <w:color w:val="1F4E79"/>
          <w:sz w:val="30"/>
          <w:szCs w:val="30"/>
          <w:lang w:val="es-US"/>
        </w:rPr>
        <w:t>PARA COMPLETAR TU POSTULACIÓN</w:t>
      </w:r>
    </w:p>
    <w:p w:rsidRPr="002A337F" w:rsidR="00191AF2" w:rsidRDefault="00000000" w14:paraId="353EE7EE" w14:textId="77777777">
      <w:pPr>
        <w:spacing w:after="120"/>
        <w:jc w:val="center"/>
        <w:rPr>
          <w:lang w:val="es-US"/>
        </w:rPr>
      </w:pPr>
      <w:r w:rsidRPr="002A337F">
        <w:rPr>
          <w:b/>
          <w:sz w:val="21"/>
          <w:lang w:val="es-US"/>
        </w:rPr>
        <w:t>Convocatoria Pública: Especialización en Enseñanza de la Matemática para Primaria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191AF2" w14:paraId="0A47CBBB" w14:textId="77777777">
        <w:trPr>
          <w:cantSplit/>
          <w:jc w:val="center"/>
        </w:trPr>
        <w:tc>
          <w:tcPr>
            <w:tcW w:w="5112" w:type="dxa"/>
            <w:tcBorders>
              <w:bottom w:val="single" w:color="A6A6A6" w:sz="5" w:space="0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:rsidR="00191AF2" w:rsidRDefault="00000000" w14:paraId="49545A78" w14:textId="77777777">
            <w:r>
              <w:rPr>
                <w:b/>
              </w:rPr>
              <w:t xml:space="preserve">Nombre completo: </w:t>
            </w:r>
          </w:p>
        </w:tc>
        <w:tc>
          <w:tcPr>
            <w:tcW w:w="5112" w:type="dxa"/>
            <w:tcBorders>
              <w:bottom w:val="single" w:color="A6A6A6" w:sz="5" w:space="0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:rsidR="00191AF2" w:rsidRDefault="00000000" w14:paraId="441F9299" w14:textId="77777777">
            <w:r>
              <w:rPr>
                <w:b/>
              </w:rPr>
              <w:t xml:space="preserve">Cédula: </w:t>
            </w:r>
          </w:p>
        </w:tc>
      </w:tr>
      <w:tr w:rsidR="00191AF2" w14:paraId="568CE360" w14:textId="77777777">
        <w:trPr>
          <w:cantSplit/>
          <w:jc w:val="center"/>
        </w:trPr>
        <w:tc>
          <w:tcPr>
            <w:tcW w:w="5083" w:type="dxa"/>
            <w:tcBorders>
              <w:bottom w:val="single" w:color="A6A6A6" w:sz="5" w:space="0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:rsidR="00191AF2" w:rsidRDefault="00000000" w14:paraId="7F5F77BB" w14:textId="77777777">
            <w:r>
              <w:rPr>
                <w:b/>
              </w:rPr>
              <w:t xml:space="preserve">Centro escolar: </w:t>
            </w:r>
          </w:p>
        </w:tc>
        <w:tc>
          <w:tcPr>
            <w:tcW w:w="5083" w:type="dxa"/>
            <w:tcBorders>
              <w:bottom w:val="single" w:color="A6A6A6" w:sz="5" w:space="0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:rsidR="00191AF2" w:rsidRDefault="00000000" w14:paraId="0C8146FC" w14:textId="77777777">
            <w:r>
              <w:rPr>
                <w:b/>
              </w:rPr>
              <w:t xml:space="preserve">Región educativa: </w:t>
            </w:r>
          </w:p>
        </w:tc>
      </w:tr>
    </w:tbl>
    <w:p w:rsidRPr="002A337F" w:rsidR="00191AF2" w:rsidRDefault="00000000" w14:paraId="75FBABB2" w14:textId="77777777">
      <w:pPr>
        <w:spacing w:before="100" w:after="100"/>
        <w:rPr>
          <w:lang w:val="es-US"/>
        </w:rPr>
      </w:pPr>
      <w:r w:rsidRPr="002A337F">
        <w:rPr>
          <w:i/>
          <w:lang w:val="es-US"/>
        </w:rPr>
        <w:t>Utiliza esta lista para verificar que cumples con el perfil y que adjuntas todos los documentos exigidos en las bases de la convocatoria.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4"/>
        <w:gridCol w:w="9691"/>
      </w:tblGrid>
      <w:tr w:rsidRPr="002A337F" w:rsidR="00191AF2" w:rsidTr="0B572C2E" w14:paraId="5D3D8054" w14:textId="77777777">
        <w:trPr>
          <w:cantSplit/>
          <w:jc w:val="center"/>
        </w:trPr>
        <w:tc>
          <w:tcPr>
            <w:tcW w:w="10295" w:type="dxa"/>
            <w:gridSpan w:val="2"/>
            <w:tcBorders>
              <w:bottom w:val="single" w:color="FFFFFF" w:themeColor="background1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52F6B2FD" w14:textId="77777777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sz w:val="19"/>
                <w:szCs w:val="19"/>
                <w:lang w:val="es-US"/>
              </w:rPr>
              <w:t>1. VERIFICA QUE CUMPLES CON EL PERFIL</w:t>
            </w:r>
          </w:p>
        </w:tc>
      </w:tr>
      <w:tr w:rsidRPr="002A337F" w:rsidR="00191AF2" w:rsidTr="0B572C2E" w14:paraId="4D4C12A3" w14:textId="77777777">
        <w:trPr>
          <w:cantSplit/>
          <w:jc w:val="center"/>
        </w:trPr>
        <w:tc>
          <w:tcPr>
            <w:tcW w:w="604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1B71105A" w14:textId="77777777">
            <w:pPr>
              <w:spacing w:after="0"/>
              <w:jc w:val="center"/>
              <w:rPr>
                <w:rFonts w:ascii="DejaVu Sans" w:hAnsi="DejaVu Sans" w:eastAsia="DejaVu Sans"/>
                <w:color w:val="auto"/>
                <w:sz w:val="26"/>
                <w:szCs w:val="26"/>
              </w:rPr>
            </w:pPr>
            <w:r w:rsidRPr="0B572C2E" w:rsidR="6CE92DF9">
              <w:rPr>
                <w:rFonts w:ascii="DejaVu Sans" w:hAnsi="DejaVu Sans" w:eastAsia="DejaVu Sans"/>
                <w:color w:val="auto"/>
                <w:sz w:val="26"/>
                <w:szCs w:val="26"/>
              </w:rPr>
              <w:t>☐</w:t>
            </w:r>
          </w:p>
        </w:tc>
        <w:tc>
          <w:tcPr>
            <w:tcW w:w="9691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5B8D0D82" w14:textId="77777777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lang w:val="es-US"/>
              </w:rPr>
              <w:t>Soy docente de educación primaria en condición permanente.</w:t>
            </w:r>
          </w:p>
        </w:tc>
      </w:tr>
      <w:tr w:rsidRPr="002A337F" w:rsidR="00191AF2" w:rsidTr="0B572C2E" w14:paraId="70D8E673" w14:textId="77777777">
        <w:trPr>
          <w:cantSplit/>
          <w:jc w:val="center"/>
        </w:trPr>
        <w:tc>
          <w:tcPr>
            <w:tcW w:w="604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7A73CBF5" w14:textId="77777777">
            <w:pPr>
              <w:spacing w:after="0"/>
              <w:jc w:val="center"/>
              <w:rPr>
                <w:rFonts w:ascii="DejaVu Sans" w:hAnsi="DejaVu Sans" w:eastAsia="DejaVu Sans"/>
                <w:color w:val="auto"/>
                <w:sz w:val="26"/>
                <w:szCs w:val="26"/>
              </w:rPr>
            </w:pPr>
            <w:r w:rsidRPr="0B572C2E" w:rsidR="6CE92DF9">
              <w:rPr>
                <w:rFonts w:ascii="DejaVu Sans" w:hAnsi="DejaVu Sans" w:eastAsia="DejaVu Sans"/>
                <w:color w:val="auto"/>
                <w:sz w:val="26"/>
                <w:szCs w:val="26"/>
              </w:rPr>
              <w:t>☐</w:t>
            </w:r>
          </w:p>
        </w:tc>
        <w:tc>
          <w:tcPr>
            <w:tcW w:w="9691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4764608D" w14:textId="77777777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lang w:val="es-US"/>
              </w:rPr>
              <w:t>Laboro en un centro escolar oficial del Ministerio de Educación.</w:t>
            </w:r>
          </w:p>
        </w:tc>
      </w:tr>
      <w:tr w:rsidRPr="002A337F" w:rsidR="00191AF2" w:rsidTr="0B572C2E" w14:paraId="3913617A" w14:textId="77777777">
        <w:trPr>
          <w:cantSplit/>
          <w:jc w:val="center"/>
        </w:trPr>
        <w:tc>
          <w:tcPr>
            <w:tcW w:w="604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4C0DB2D4" w14:textId="77777777">
            <w:pPr>
              <w:spacing w:after="0"/>
              <w:jc w:val="center"/>
              <w:rPr>
                <w:rFonts w:ascii="DejaVu Sans" w:hAnsi="DejaVu Sans" w:eastAsia="DejaVu Sans"/>
                <w:color w:val="auto"/>
                <w:sz w:val="26"/>
                <w:szCs w:val="26"/>
              </w:rPr>
            </w:pPr>
            <w:r w:rsidRPr="0B572C2E" w:rsidR="6CE92DF9">
              <w:rPr>
                <w:rFonts w:ascii="DejaVu Sans" w:hAnsi="DejaVu Sans" w:eastAsia="DejaVu Sans"/>
                <w:color w:val="auto"/>
                <w:sz w:val="26"/>
                <w:szCs w:val="26"/>
              </w:rPr>
              <w:t>☐</w:t>
            </w:r>
          </w:p>
        </w:tc>
        <w:tc>
          <w:tcPr>
            <w:tcW w:w="9691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44923BF8" w14:textId="77777777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lang w:val="es-US"/>
              </w:rPr>
              <w:t>Pertenezco a una de las regiones escolares convocadas: San Miguelito, Panamá Norte, Panamá Oeste, Coclé o Veraguas.</w:t>
            </w:r>
          </w:p>
        </w:tc>
      </w:tr>
      <w:tr w:rsidRPr="002A337F" w:rsidR="00191AF2" w:rsidTr="0B572C2E" w14:paraId="13E13307" w14:textId="77777777">
        <w:trPr>
          <w:cantSplit/>
          <w:jc w:val="center"/>
        </w:trPr>
        <w:tc>
          <w:tcPr>
            <w:tcW w:w="604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378F4AA1" w14:textId="77777777">
            <w:pPr>
              <w:spacing w:after="0"/>
              <w:jc w:val="center"/>
              <w:rPr>
                <w:rFonts w:ascii="DejaVu Sans" w:hAnsi="DejaVu Sans" w:eastAsia="DejaVu Sans"/>
                <w:color w:val="auto"/>
                <w:sz w:val="26"/>
                <w:szCs w:val="26"/>
              </w:rPr>
            </w:pPr>
            <w:r w:rsidRPr="0B572C2E" w:rsidR="6CE92DF9">
              <w:rPr>
                <w:rFonts w:ascii="DejaVu Sans" w:hAnsi="DejaVu Sans" w:eastAsia="DejaVu Sans"/>
                <w:color w:val="auto"/>
                <w:sz w:val="26"/>
                <w:szCs w:val="26"/>
              </w:rPr>
              <w:t>☐</w:t>
            </w:r>
          </w:p>
        </w:tc>
        <w:tc>
          <w:tcPr>
            <w:tcW w:w="9691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0F2EDD01" w14:textId="77777777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lang w:val="es-US"/>
              </w:rPr>
              <w:t>Cuento con computadora y conexión a internet estable.</w:t>
            </w:r>
          </w:p>
        </w:tc>
      </w:tr>
      <w:tr w:rsidRPr="002A337F" w:rsidR="00191AF2" w:rsidTr="0B572C2E" w14:paraId="30638D99" w14:textId="77777777">
        <w:trPr>
          <w:cantSplit/>
          <w:jc w:val="center"/>
        </w:trPr>
        <w:tc>
          <w:tcPr>
            <w:tcW w:w="604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416F47D8" w14:textId="77777777">
            <w:pPr>
              <w:spacing w:after="0"/>
              <w:jc w:val="center"/>
              <w:rPr>
                <w:rFonts w:ascii="DejaVu Sans" w:hAnsi="DejaVu Sans" w:eastAsia="DejaVu Sans"/>
                <w:color w:val="auto"/>
                <w:sz w:val="26"/>
                <w:szCs w:val="26"/>
              </w:rPr>
            </w:pPr>
            <w:r w:rsidRPr="0B572C2E" w:rsidR="6CE92DF9">
              <w:rPr>
                <w:rFonts w:ascii="DejaVu Sans" w:hAnsi="DejaVu Sans" w:eastAsia="DejaVu Sans"/>
                <w:color w:val="auto"/>
                <w:sz w:val="26"/>
                <w:szCs w:val="26"/>
              </w:rPr>
              <w:t>☐</w:t>
            </w:r>
          </w:p>
        </w:tc>
        <w:tc>
          <w:tcPr>
            <w:tcW w:w="9691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6523FB10" w14:textId="77777777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lang w:val="es-US"/>
              </w:rPr>
              <w:t>Estoy paz y salvo con la SENACYT.</w:t>
            </w:r>
            <w:r>
              <w:br/>
            </w:r>
            <w:r w:rsidRPr="0B572C2E" w:rsidR="6CE92DF9">
              <w:rPr>
                <w:color w:val="auto"/>
                <w:sz w:val="17"/>
                <w:szCs w:val="17"/>
                <w:lang w:val="es-US"/>
              </w:rPr>
              <w:t>Este requisito será cotejado en la plataforma SENAPASS si resulto seleccionado(a).</w:t>
            </w:r>
          </w:p>
        </w:tc>
      </w:tr>
      <w:tr w:rsidRPr="002A337F" w:rsidR="00191AF2" w:rsidTr="0B572C2E" w14:paraId="75C98DD6" w14:textId="77777777">
        <w:trPr>
          <w:cantSplit/>
          <w:jc w:val="center"/>
        </w:trPr>
        <w:tc>
          <w:tcPr>
            <w:tcW w:w="10295" w:type="dxa"/>
            <w:gridSpan w:val="2"/>
            <w:tcBorders>
              <w:bottom w:val="single" w:color="FFFFFF" w:themeColor="background1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763BF8ED" w14:textId="77777777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sz w:val="19"/>
                <w:szCs w:val="19"/>
                <w:lang w:val="es-US"/>
              </w:rPr>
              <w:t>2. PREPARA Y ADJUNTA LOS DOCUMENTOS</w:t>
            </w:r>
          </w:p>
        </w:tc>
      </w:tr>
      <w:tr w:rsidRPr="002A337F" w:rsidR="00191AF2" w:rsidTr="0B572C2E" w14:paraId="74B7AD9F" w14:textId="77777777">
        <w:trPr>
          <w:cantSplit/>
          <w:jc w:val="center"/>
        </w:trPr>
        <w:tc>
          <w:tcPr>
            <w:tcW w:w="604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505340C1" w14:textId="77777777">
            <w:pPr>
              <w:spacing w:after="0"/>
              <w:jc w:val="center"/>
              <w:rPr>
                <w:rFonts w:ascii="DejaVu Sans" w:hAnsi="DejaVu Sans" w:eastAsia="DejaVu Sans"/>
                <w:color w:val="auto"/>
                <w:sz w:val="26"/>
                <w:szCs w:val="26"/>
              </w:rPr>
            </w:pPr>
            <w:r w:rsidRPr="0B572C2E" w:rsidR="6CE92DF9">
              <w:rPr>
                <w:rFonts w:ascii="DejaVu Sans" w:hAnsi="DejaVu Sans" w:eastAsia="DejaVu Sans"/>
                <w:color w:val="auto"/>
                <w:sz w:val="26"/>
                <w:szCs w:val="26"/>
              </w:rPr>
              <w:t>☐</w:t>
            </w:r>
          </w:p>
        </w:tc>
        <w:tc>
          <w:tcPr>
            <w:tcW w:w="9691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24E80940" w14:textId="741884AD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lang w:val="es-US"/>
              </w:rPr>
              <w:t>Carta de postulación del director del centro escolar donde laboro.</w:t>
            </w:r>
            <w:r>
              <w:br/>
            </w:r>
            <w:r w:rsidRPr="0B572C2E" w:rsidR="6CE92DF9">
              <w:rPr>
                <w:color w:val="auto"/>
                <w:sz w:val="17"/>
                <w:szCs w:val="17"/>
                <w:lang w:val="es-US"/>
              </w:rPr>
              <w:t>Debe ponderar de manera clara y específica mi desempeño como docente e indicar el nivel que d</w:t>
            </w:r>
            <w:r w:rsidRPr="0B572C2E" w:rsidR="3257E96C">
              <w:rPr>
                <w:color w:val="auto"/>
                <w:sz w:val="17"/>
                <w:szCs w:val="17"/>
                <w:lang w:val="es-US"/>
              </w:rPr>
              <w:t>icto</w:t>
            </w:r>
            <w:r w:rsidRPr="0B572C2E" w:rsidR="6CE92DF9">
              <w:rPr>
                <w:color w:val="auto"/>
                <w:sz w:val="17"/>
                <w:szCs w:val="17"/>
                <w:lang w:val="es-US"/>
              </w:rPr>
              <w:t>.</w:t>
            </w:r>
          </w:p>
        </w:tc>
      </w:tr>
      <w:tr w:rsidR="00191AF2" w:rsidTr="0B572C2E" w14:paraId="584E3B02" w14:textId="77777777">
        <w:trPr>
          <w:cantSplit/>
          <w:jc w:val="center"/>
        </w:trPr>
        <w:tc>
          <w:tcPr>
            <w:tcW w:w="604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458C90A4" w14:textId="77777777">
            <w:pPr>
              <w:spacing w:after="0"/>
              <w:jc w:val="center"/>
              <w:rPr>
                <w:rFonts w:ascii="DejaVu Sans" w:hAnsi="DejaVu Sans" w:eastAsia="DejaVu Sans"/>
                <w:color w:val="auto"/>
                <w:sz w:val="26"/>
                <w:szCs w:val="26"/>
              </w:rPr>
            </w:pPr>
            <w:r w:rsidRPr="0B572C2E" w:rsidR="6CE92DF9">
              <w:rPr>
                <w:rFonts w:ascii="DejaVu Sans" w:hAnsi="DejaVu Sans" w:eastAsia="DejaVu Sans"/>
                <w:color w:val="auto"/>
                <w:sz w:val="26"/>
                <w:szCs w:val="26"/>
              </w:rPr>
              <w:t>☐</w:t>
            </w:r>
          </w:p>
        </w:tc>
        <w:tc>
          <w:tcPr>
            <w:tcW w:w="9691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3C95C25D" w14:textId="77777777">
            <w:pPr>
              <w:spacing w:after="0"/>
              <w:rPr>
                <w:color w:val="auto"/>
                <w:sz w:val="17"/>
                <w:szCs w:val="17"/>
              </w:rPr>
            </w:pPr>
            <w:r w:rsidRPr="0B572C2E" w:rsidR="6CE92DF9">
              <w:rPr>
                <w:b w:val="1"/>
                <w:bCs w:val="1"/>
                <w:color w:val="auto"/>
                <w:lang w:val="es-US"/>
              </w:rPr>
              <w:t>Ensayo de hasta 500 palabras.</w:t>
            </w:r>
            <w:r>
              <w:br/>
            </w:r>
            <w:r w:rsidRPr="0B572C2E" w:rsidR="6CE92DF9">
              <w:rPr>
                <w:color w:val="auto"/>
                <w:sz w:val="17"/>
                <w:szCs w:val="17"/>
                <w:lang w:val="es-US"/>
              </w:rPr>
              <w:t xml:space="preserve">Debe reflexionar sobre el artículo «La epistemología implícita en las prácticas de enseñanza de las matemáticas», de B. Charlot, y relacionarlo con mis expectativas profesionales, práctica docente y comprensión de la enseñanza y el aprendizaje de las matemáticas. </w:t>
            </w:r>
            <w:r w:rsidRPr="0B572C2E" w:rsidR="6CE92DF9">
              <w:rPr>
                <w:color w:val="auto"/>
                <w:sz w:val="17"/>
                <w:szCs w:val="17"/>
              </w:rPr>
              <w:t>Si utilicé inteligencia artificial, declaro explícitamente cómo la usé.</w:t>
            </w:r>
          </w:p>
        </w:tc>
      </w:tr>
      <w:tr w:rsidRPr="002A337F" w:rsidR="00191AF2" w:rsidTr="0B572C2E" w14:paraId="76218667" w14:textId="77777777">
        <w:trPr>
          <w:cantSplit/>
          <w:jc w:val="center"/>
        </w:trPr>
        <w:tc>
          <w:tcPr>
            <w:tcW w:w="604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4C3A91AB" w14:textId="77777777">
            <w:pPr>
              <w:spacing w:after="0"/>
              <w:jc w:val="center"/>
              <w:rPr>
                <w:rFonts w:ascii="DejaVu Sans" w:hAnsi="DejaVu Sans" w:eastAsia="DejaVu Sans"/>
                <w:color w:val="auto"/>
                <w:sz w:val="26"/>
                <w:szCs w:val="26"/>
              </w:rPr>
            </w:pPr>
            <w:r w:rsidRPr="0B572C2E" w:rsidR="6CE92DF9">
              <w:rPr>
                <w:rFonts w:ascii="DejaVu Sans" w:hAnsi="DejaVu Sans" w:eastAsia="DejaVu Sans"/>
                <w:color w:val="auto"/>
                <w:sz w:val="26"/>
                <w:szCs w:val="26"/>
              </w:rPr>
              <w:t>☐</w:t>
            </w:r>
          </w:p>
        </w:tc>
        <w:tc>
          <w:tcPr>
            <w:tcW w:w="9691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7DF33412" w14:textId="77777777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lang w:val="es-US"/>
              </w:rPr>
              <w:t>Copia del diploma de licenciatura que me acredita como docente de educación primaria.</w:t>
            </w:r>
          </w:p>
        </w:tc>
      </w:tr>
      <w:tr w:rsidRPr="002A337F" w:rsidR="00191AF2" w:rsidTr="0B572C2E" w14:paraId="28809AF2" w14:textId="77777777">
        <w:trPr>
          <w:cantSplit/>
          <w:jc w:val="center"/>
        </w:trPr>
        <w:tc>
          <w:tcPr>
            <w:tcW w:w="604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7F2E24F6" w14:textId="77777777">
            <w:pPr>
              <w:spacing w:after="0"/>
              <w:jc w:val="center"/>
              <w:rPr>
                <w:rFonts w:ascii="DejaVu Sans" w:hAnsi="DejaVu Sans" w:eastAsia="DejaVu Sans"/>
                <w:color w:val="auto"/>
                <w:sz w:val="26"/>
                <w:szCs w:val="26"/>
              </w:rPr>
            </w:pPr>
            <w:r w:rsidRPr="0B572C2E" w:rsidR="6CE92DF9">
              <w:rPr>
                <w:rFonts w:ascii="DejaVu Sans" w:hAnsi="DejaVu Sans" w:eastAsia="DejaVu Sans"/>
                <w:color w:val="auto"/>
                <w:sz w:val="26"/>
                <w:szCs w:val="26"/>
              </w:rPr>
              <w:t>☐</w:t>
            </w:r>
          </w:p>
        </w:tc>
        <w:tc>
          <w:tcPr>
            <w:tcW w:w="9691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284CE1D6" w14:textId="77777777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lang w:val="es-US"/>
              </w:rPr>
              <w:t>Copia legible y vigente de mi cédula de identidad personal.</w:t>
            </w:r>
          </w:p>
        </w:tc>
      </w:tr>
      <w:tr w:rsidRPr="002A337F" w:rsidR="00191AF2" w:rsidTr="0B572C2E" w14:paraId="3AF2E99C" w14:textId="77777777">
        <w:trPr>
          <w:cantSplit/>
          <w:jc w:val="center"/>
        </w:trPr>
        <w:tc>
          <w:tcPr>
            <w:tcW w:w="604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68C50556" w14:textId="77777777">
            <w:pPr>
              <w:spacing w:after="0"/>
              <w:jc w:val="center"/>
              <w:rPr>
                <w:rFonts w:ascii="DejaVu Sans" w:hAnsi="DejaVu Sans" w:eastAsia="DejaVu Sans"/>
                <w:color w:val="auto"/>
                <w:sz w:val="26"/>
                <w:szCs w:val="26"/>
              </w:rPr>
            </w:pPr>
            <w:r w:rsidRPr="0B572C2E" w:rsidR="6CE92DF9">
              <w:rPr>
                <w:rFonts w:ascii="DejaVu Sans" w:hAnsi="DejaVu Sans" w:eastAsia="DejaVu Sans"/>
                <w:color w:val="auto"/>
                <w:sz w:val="26"/>
                <w:szCs w:val="26"/>
              </w:rPr>
              <w:t>☐</w:t>
            </w:r>
          </w:p>
        </w:tc>
        <w:tc>
          <w:tcPr>
            <w:tcW w:w="9691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696AA2C2" w14:textId="77777777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lang w:val="es-US"/>
              </w:rPr>
              <w:t>Hoja de vida actualizada.</w:t>
            </w:r>
            <w:r>
              <w:br/>
            </w:r>
            <w:r w:rsidRPr="0B572C2E" w:rsidR="6CE92DF9">
              <w:rPr>
                <w:color w:val="auto"/>
                <w:sz w:val="17"/>
                <w:szCs w:val="17"/>
                <w:lang w:val="es-US"/>
              </w:rPr>
              <w:t>Debe reflejar mis aportes y ejecutorias en el campo educativo.</w:t>
            </w:r>
          </w:p>
        </w:tc>
      </w:tr>
      <w:tr w:rsidR="00191AF2" w:rsidTr="0B572C2E" w14:paraId="7A04F2AF" w14:textId="77777777">
        <w:trPr>
          <w:cantSplit/>
          <w:jc w:val="center"/>
        </w:trPr>
        <w:tc>
          <w:tcPr>
            <w:tcW w:w="604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13F8C630" w14:textId="77777777">
            <w:pPr>
              <w:spacing w:after="0"/>
              <w:jc w:val="center"/>
              <w:rPr>
                <w:rFonts w:ascii="DejaVu Sans" w:hAnsi="DejaVu Sans" w:eastAsia="DejaVu Sans"/>
                <w:color w:val="auto"/>
                <w:sz w:val="26"/>
                <w:szCs w:val="26"/>
              </w:rPr>
            </w:pPr>
            <w:r w:rsidRPr="0B572C2E" w:rsidR="6CE92DF9">
              <w:rPr>
                <w:rFonts w:ascii="DejaVu Sans" w:hAnsi="DejaVu Sans" w:eastAsia="DejaVu Sans"/>
                <w:color w:val="auto"/>
                <w:sz w:val="26"/>
                <w:szCs w:val="26"/>
              </w:rPr>
              <w:t>☐</w:t>
            </w:r>
          </w:p>
        </w:tc>
        <w:tc>
          <w:tcPr>
            <w:tcW w:w="9691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49D7E1F9" w14:textId="77777777">
            <w:pPr>
              <w:spacing w:after="0"/>
              <w:rPr>
                <w:color w:val="auto"/>
                <w:sz w:val="17"/>
                <w:szCs w:val="17"/>
              </w:rPr>
            </w:pPr>
            <w:r w:rsidRPr="0B572C2E" w:rsidR="6CE92DF9">
              <w:rPr>
                <w:b w:val="1"/>
                <w:bCs w:val="1"/>
                <w:color w:val="auto"/>
                <w:lang w:val="es-US"/>
              </w:rPr>
              <w:t>Evidencias que respaldan los aportes y ejecutorias incluidos en la hoja de vida.</w:t>
            </w:r>
            <w:r>
              <w:br/>
            </w:r>
            <w:r w:rsidRPr="0B572C2E" w:rsidR="6CE92DF9">
              <w:rPr>
                <w:color w:val="auto"/>
                <w:sz w:val="17"/>
                <w:szCs w:val="17"/>
              </w:rPr>
              <w:t>Por ejemplo: certificados, diplomas, certificaciones u otros documentos pertinentes.</w:t>
            </w:r>
          </w:p>
        </w:tc>
      </w:tr>
      <w:tr w:rsidRPr="002A337F" w:rsidR="00191AF2" w:rsidTr="0B572C2E" w14:paraId="49F42313" w14:textId="77777777">
        <w:trPr>
          <w:cantSplit/>
          <w:jc w:val="center"/>
        </w:trPr>
        <w:tc>
          <w:tcPr>
            <w:tcW w:w="10295" w:type="dxa"/>
            <w:gridSpan w:val="2"/>
            <w:tcBorders>
              <w:bottom w:val="single" w:color="FFFFFF" w:themeColor="background1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2ADF0CA0" w14:textId="77777777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sz w:val="19"/>
                <w:szCs w:val="19"/>
                <w:lang w:val="es-US"/>
              </w:rPr>
              <w:t>3. COMPLETA Y REVISA LA POSTULACIÓN</w:t>
            </w:r>
          </w:p>
        </w:tc>
      </w:tr>
      <w:tr w:rsidRPr="002A337F" w:rsidR="00191AF2" w:rsidTr="0B572C2E" w14:paraId="72BA408C" w14:textId="77777777">
        <w:trPr>
          <w:cantSplit/>
          <w:jc w:val="center"/>
        </w:trPr>
        <w:tc>
          <w:tcPr>
            <w:tcW w:w="604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35F27EA6" w14:textId="77777777">
            <w:pPr>
              <w:spacing w:after="0"/>
              <w:jc w:val="center"/>
              <w:rPr>
                <w:rFonts w:ascii="DejaVu Sans" w:hAnsi="DejaVu Sans" w:eastAsia="DejaVu Sans"/>
                <w:color w:val="auto"/>
                <w:sz w:val="26"/>
                <w:szCs w:val="26"/>
              </w:rPr>
            </w:pPr>
            <w:r w:rsidRPr="0B572C2E" w:rsidR="6CE92DF9">
              <w:rPr>
                <w:rFonts w:ascii="DejaVu Sans" w:hAnsi="DejaVu Sans" w:eastAsia="DejaVu Sans"/>
                <w:color w:val="auto"/>
                <w:sz w:val="26"/>
                <w:szCs w:val="26"/>
              </w:rPr>
              <w:t>☐</w:t>
            </w:r>
          </w:p>
        </w:tc>
        <w:tc>
          <w:tcPr>
            <w:tcW w:w="9691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32F16B9D" w14:textId="77777777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lang w:val="es-US"/>
              </w:rPr>
              <w:t>Completé todos los campos del formulario de aplicación.</w:t>
            </w:r>
            <w:r>
              <w:br/>
            </w:r>
            <w:r w:rsidRPr="0B572C2E" w:rsidR="6CE92DF9">
              <w:rPr>
                <w:color w:val="auto"/>
                <w:sz w:val="17"/>
                <w:szCs w:val="17"/>
                <w:lang w:val="es-US"/>
              </w:rPr>
              <w:t>Formulario disponible en: https://arcg.is/1PeOr2</w:t>
            </w:r>
          </w:p>
        </w:tc>
      </w:tr>
      <w:tr w:rsidRPr="002A337F" w:rsidR="00191AF2" w:rsidTr="0B572C2E" w14:paraId="59092CBF" w14:textId="77777777">
        <w:trPr>
          <w:cantSplit/>
          <w:jc w:val="center"/>
        </w:trPr>
        <w:tc>
          <w:tcPr>
            <w:tcW w:w="604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6E4B24E1" w14:textId="77777777">
            <w:pPr>
              <w:spacing w:after="0"/>
              <w:jc w:val="center"/>
              <w:rPr>
                <w:rFonts w:ascii="DejaVu Sans" w:hAnsi="DejaVu Sans" w:eastAsia="DejaVu Sans"/>
                <w:color w:val="auto"/>
                <w:sz w:val="26"/>
                <w:szCs w:val="26"/>
              </w:rPr>
            </w:pPr>
            <w:r w:rsidRPr="0B572C2E" w:rsidR="6CE92DF9">
              <w:rPr>
                <w:rFonts w:ascii="DejaVu Sans" w:hAnsi="DejaVu Sans" w:eastAsia="DejaVu Sans"/>
                <w:color w:val="auto"/>
                <w:sz w:val="26"/>
                <w:szCs w:val="26"/>
              </w:rPr>
              <w:t>☐</w:t>
            </w:r>
          </w:p>
        </w:tc>
        <w:tc>
          <w:tcPr>
            <w:tcW w:w="9691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53D2CCD7" w14:textId="77777777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lang w:val="es-US"/>
              </w:rPr>
              <w:t>Verifiqué que los datos del formulario coinciden con los documentos adjuntos.</w:t>
            </w:r>
          </w:p>
        </w:tc>
      </w:tr>
      <w:tr w:rsidRPr="002A337F" w:rsidR="00191AF2" w:rsidTr="0B572C2E" w14:paraId="40F12E15" w14:textId="77777777">
        <w:trPr>
          <w:cantSplit/>
          <w:jc w:val="center"/>
        </w:trPr>
        <w:tc>
          <w:tcPr>
            <w:tcW w:w="604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500670A8" w14:textId="77777777">
            <w:pPr>
              <w:spacing w:after="0"/>
              <w:jc w:val="center"/>
              <w:rPr>
                <w:rFonts w:ascii="DejaVu Sans" w:hAnsi="DejaVu Sans" w:eastAsia="DejaVu Sans"/>
                <w:color w:val="auto"/>
                <w:sz w:val="26"/>
                <w:szCs w:val="26"/>
              </w:rPr>
            </w:pPr>
            <w:r w:rsidRPr="0B572C2E" w:rsidR="6CE92DF9">
              <w:rPr>
                <w:rFonts w:ascii="DejaVu Sans" w:hAnsi="DejaVu Sans" w:eastAsia="DejaVu Sans"/>
                <w:color w:val="auto"/>
                <w:sz w:val="26"/>
                <w:szCs w:val="26"/>
              </w:rPr>
              <w:t>☐</w:t>
            </w:r>
          </w:p>
        </w:tc>
        <w:tc>
          <w:tcPr>
            <w:tcW w:w="9691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221CABA2" w14:textId="77777777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lang w:val="es-US"/>
              </w:rPr>
              <w:t>Confirmé que los archivos están completos, legibles y correctamente cargados.</w:t>
            </w:r>
          </w:p>
        </w:tc>
      </w:tr>
      <w:tr w:rsidRPr="002A337F" w:rsidR="00191AF2" w:rsidTr="0B572C2E" w14:paraId="587B228E" w14:textId="77777777">
        <w:trPr>
          <w:cantSplit/>
          <w:jc w:val="center"/>
        </w:trPr>
        <w:tc>
          <w:tcPr>
            <w:tcW w:w="604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91AF2" w:rsidP="0B572C2E" w:rsidRDefault="00000000" w14:paraId="7F81B95C" w14:textId="77777777">
            <w:pPr>
              <w:spacing w:after="0"/>
              <w:jc w:val="center"/>
              <w:rPr>
                <w:rFonts w:ascii="DejaVu Sans" w:hAnsi="DejaVu Sans" w:eastAsia="DejaVu Sans"/>
                <w:color w:val="auto"/>
                <w:sz w:val="26"/>
                <w:szCs w:val="26"/>
              </w:rPr>
            </w:pPr>
            <w:r w:rsidRPr="0B572C2E" w:rsidR="6CE92DF9">
              <w:rPr>
                <w:rFonts w:ascii="DejaVu Sans" w:hAnsi="DejaVu Sans" w:eastAsia="DejaVu Sans"/>
                <w:color w:val="auto"/>
                <w:sz w:val="26"/>
                <w:szCs w:val="26"/>
              </w:rPr>
              <w:t>☐</w:t>
            </w:r>
          </w:p>
        </w:tc>
        <w:tc>
          <w:tcPr>
            <w:tcW w:w="9691" w:type="dxa"/>
            <w:tcBorders>
              <w:bottom w:val="single" w:color="BFBFBF" w:themeColor="background1" w:themeShade="BF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A337F" w:rsidR="00191AF2" w:rsidP="0B572C2E" w:rsidRDefault="00000000" w14:paraId="2EB1078B" w14:textId="77777777">
            <w:pPr>
              <w:spacing w:after="0"/>
              <w:rPr>
                <w:color w:val="auto"/>
                <w:lang w:val="es-US"/>
              </w:rPr>
            </w:pPr>
            <w:r w:rsidRPr="0B572C2E" w:rsidR="6CE92DF9">
              <w:rPr>
                <w:b w:val="1"/>
                <w:bCs w:val="1"/>
                <w:color w:val="auto"/>
                <w:lang w:val="es-US"/>
              </w:rPr>
              <w:t>Envié mi postulación antes del 12 de noviembre de 2026, a las 3:00 p.m.</w:t>
            </w:r>
            <w:r>
              <w:br/>
            </w:r>
            <w:r w:rsidRPr="0B572C2E" w:rsidR="6CE92DF9">
              <w:rPr>
                <w:color w:val="auto"/>
                <w:sz w:val="17"/>
                <w:szCs w:val="17"/>
                <w:lang w:val="es-US"/>
              </w:rPr>
              <w:t>La entrega oportuna y completa de la documentación es responsabilidad del aspirante.</w:t>
            </w:r>
          </w:p>
        </w:tc>
      </w:tr>
    </w:tbl>
    <w:p w:rsidR="00191AF2" w:rsidRDefault="00000000" w14:paraId="06E9913C" w14:textId="77777777">
      <w:pPr>
        <w:spacing w:before="100" w:after="40"/>
      </w:pPr>
      <w:r>
        <w:rPr>
          <w:b/>
          <w:color w:val="1F4E79"/>
        </w:rPr>
        <w:t>IMPORTANTE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191AF2" w14:paraId="34A34CA4" w14:textId="77777777">
        <w:trPr>
          <w:jc w:val="center"/>
        </w:trPr>
        <w:tc>
          <w:tcPr>
            <w:tcW w:w="10166" w:type="dxa"/>
            <w:tcBorders>
              <w:top w:val="single" w:color="5B9BD5" w:sz="8" w:space="0"/>
              <w:left w:val="single" w:color="5B9BD5" w:sz="8" w:space="0"/>
              <w:bottom w:val="single" w:color="5B9BD5" w:sz="8" w:space="0"/>
              <w:right w:val="single" w:color="5B9BD5" w:sz="8" w:space="0"/>
            </w:tcBorders>
            <w:shd w:val="clear" w:color="auto" w:fill="EAF2F8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191AF2" w:rsidRDefault="00000000" w14:paraId="497550A3" w14:textId="77777777">
            <w:pPr>
              <w:spacing w:after="0"/>
            </w:pPr>
            <w:r w:rsidRPr="002A337F">
              <w:rPr>
                <w:b/>
                <w:lang w:val="es-US"/>
              </w:rPr>
              <w:t>• La entrevista técnica forma parte del proceso de selección.</w:t>
            </w:r>
            <w:r w:rsidRPr="002A337F">
              <w:rPr>
                <w:b/>
                <w:lang w:val="es-US"/>
              </w:rPr>
              <w:br/>
            </w:r>
            <w:r w:rsidRPr="002A337F">
              <w:rPr>
                <w:lang w:val="es-US"/>
              </w:rPr>
              <w:t>• El plagio o el uso no declarado de herramientas de inteligencia artificial en el ensayo ocasionará la eliminación automática del proceso.</w:t>
            </w:r>
            <w:r w:rsidRPr="002A337F">
              <w:rPr>
                <w:lang w:val="es-US"/>
              </w:rPr>
              <w:br/>
            </w:r>
            <w:r>
              <w:t>• Consultas: matematica@senacyt.gob.pa</w:t>
            </w:r>
          </w:p>
        </w:tc>
      </w:tr>
    </w:tbl>
    <w:p w:rsidR="00A83F56" w:rsidRDefault="00A83F56" w14:paraId="77BFF7BB" w14:textId="77777777"/>
    <w:sectPr w:rsidR="00A83F56" w:rsidSect="00034616">
      <w:footerReference w:type="default" r:id="rId9"/>
      <w:pgSz w:w="12240" w:h="15840" w:orient="portrait"/>
      <w:pgMar w:top="605" w:right="1037" w:bottom="691" w:left="1037" w:header="21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3F56" w:rsidRDefault="00A83F56" w14:paraId="68BB67C0" w14:textId="77777777">
      <w:pPr>
        <w:spacing w:after="0" w:line="240" w:lineRule="auto"/>
      </w:pPr>
      <w:r>
        <w:separator/>
      </w:r>
    </w:p>
  </w:endnote>
  <w:endnote w:type="continuationSeparator" w:id="0">
    <w:p w:rsidR="00A83F56" w:rsidRDefault="00A83F56" w14:paraId="18A036C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2163E" w:rsidR="00191AF2" w:rsidRDefault="00000000" w14:paraId="7BD53F55" w14:textId="77777777">
    <w:pPr>
      <w:pStyle w:val="Piedepgina"/>
      <w:jc w:val="center"/>
      <w:rPr>
        <w:lang w:val="es-US"/>
      </w:rPr>
    </w:pPr>
    <w:r w:rsidRPr="0002163E">
      <w:rPr>
        <w:color w:val="595959"/>
        <w:sz w:val="16"/>
        <w:lang w:val="es-US"/>
      </w:rPr>
      <w:t>Secretaría Nacional de Ciencia, Tecnología e Innovación (SENACYT)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3F56" w:rsidRDefault="00A83F56" w14:paraId="065AFDE1" w14:textId="77777777">
      <w:pPr>
        <w:spacing w:after="0" w:line="240" w:lineRule="auto"/>
      </w:pPr>
      <w:r>
        <w:separator/>
      </w:r>
    </w:p>
  </w:footnote>
  <w:footnote w:type="continuationSeparator" w:id="0">
    <w:p w:rsidR="00A83F56" w:rsidRDefault="00A83F56" w14:paraId="495BB2B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713427973">
    <w:abstractNumId w:val="8"/>
  </w:num>
  <w:num w:numId="2" w16cid:durableId="1642154423">
    <w:abstractNumId w:val="6"/>
  </w:num>
  <w:num w:numId="3" w16cid:durableId="1452045454">
    <w:abstractNumId w:val="5"/>
  </w:num>
  <w:num w:numId="4" w16cid:durableId="1702125787">
    <w:abstractNumId w:val="4"/>
  </w:num>
  <w:num w:numId="5" w16cid:durableId="1988194771">
    <w:abstractNumId w:val="7"/>
  </w:num>
  <w:num w:numId="6" w16cid:durableId="1984852260">
    <w:abstractNumId w:val="3"/>
  </w:num>
  <w:num w:numId="7" w16cid:durableId="476336897">
    <w:abstractNumId w:val="2"/>
  </w:num>
  <w:num w:numId="8" w16cid:durableId="397168255">
    <w:abstractNumId w:val="1"/>
  </w:num>
  <w:num w:numId="9" w16cid:durableId="143602537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163E"/>
    <w:rsid w:val="00034616"/>
    <w:rsid w:val="0006063C"/>
    <w:rsid w:val="0015074B"/>
    <w:rsid w:val="00191AF2"/>
    <w:rsid w:val="0029639D"/>
    <w:rsid w:val="002A337F"/>
    <w:rsid w:val="00326F90"/>
    <w:rsid w:val="00A83F56"/>
    <w:rsid w:val="00AA1D8D"/>
    <w:rsid w:val="00B47730"/>
    <w:rsid w:val="00CB0664"/>
    <w:rsid w:val="00F82272"/>
    <w:rsid w:val="00FC693F"/>
    <w:rsid w:val="0B572C2E"/>
    <w:rsid w:val="3257E96C"/>
    <w:rsid w:val="3D042F81"/>
    <w:rsid w:val="6CE92DF9"/>
    <w:rsid w:val="7C55C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81FD05"/>
  <w14:defaultImageDpi w14:val="300"/>
  <w15:docId w15:val="{6CCD0CDE-EC6F-444C-9831-CAC3588FE8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spacing w:after="50" w:line="252" w:lineRule="auto"/>
    </w:pPr>
    <w:rPr>
      <w:rFonts w:ascii="Arial" w:hAnsi="Arial" w:eastAsia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E4E0AF2FA74B4C8C03D8EF6DCCB535" ma:contentTypeVersion="24" ma:contentTypeDescription="Create a new document." ma:contentTypeScope="" ma:versionID="8705c30e1ce439c8fa7ef5a48184dc03">
  <xsd:schema xmlns:xsd="http://www.w3.org/2001/XMLSchema" xmlns:xs="http://www.w3.org/2001/XMLSchema" xmlns:p="http://schemas.microsoft.com/office/2006/metadata/properties" xmlns:ns2="6a05d99e-e79c-4864-a89d-0142397f4be3" xmlns:ns3="a49d3dd6-63d0-4e5d-84a4-909420e66399" targetNamespace="http://schemas.microsoft.com/office/2006/metadata/properties" ma:root="true" ma:fieldsID="ff38980e1f6dab42ba581710bb4fa837" ns2:_="" ns3:_="">
    <xsd:import namespace="6a05d99e-e79c-4864-a89d-0142397f4be3"/>
    <xsd:import namespace="a49d3dd6-63d0-4e5d-84a4-909420e663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n6k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Number" minOccurs="0"/>
                <xsd:element ref="ns3:MediaServiceSearchProperties" minOccurs="0"/>
                <xsd:element ref="ns3:MediaServiceBillingMetadata" minOccurs="0"/>
                <xsd:element ref="ns3:not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5d99e-e79c-4864-a89d-0142397f4b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c2ea63e6-074d-46cb-82f5-45649e845b33}" ma:internalName="TaxCatchAll" ma:showField="CatchAllData" ma:web="6a05d99e-e79c-4864-a89d-0142397f4b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d3dd6-63d0-4e5d-84a4-909420e66399" elementFormDefault="qualified">
    <xsd:import namespace="http://schemas.microsoft.com/office/2006/documentManagement/types"/>
    <xsd:import namespace="http://schemas.microsoft.com/office/infopath/2007/PartnerControls"/>
    <xsd:element name="n6kl" ma:index="12" nillable="true" ma:displayName="Texto" ma:internalName="n6kl">
      <xsd:simpleType>
        <xsd:restriction base="dms:Text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b3731fc-941c-441a-b65e-58f10a5c97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umber" ma:index="28" nillable="true" ma:displayName="Number" ma:format="Dropdown" ma:internalName="Number" ma:percentage="FALSE">
      <xsd:simpleType>
        <xsd:restriction base="dms:Number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as" ma:index="31" nillable="true" ma:displayName="notas" ma:format="Dropdown" ma:internalName="not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9d3dd6-63d0-4e5d-84a4-909420e66399">
      <Terms xmlns="http://schemas.microsoft.com/office/infopath/2007/PartnerControls"/>
    </lcf76f155ced4ddcb4097134ff3c332f>
    <Number xmlns="a49d3dd6-63d0-4e5d-84a4-909420e66399" xsi:nil="true"/>
    <n6kl xmlns="a49d3dd6-63d0-4e5d-84a4-909420e66399" xsi:nil="true"/>
    <notas xmlns="a49d3dd6-63d0-4e5d-84a4-909420e66399" xsi:nil="true"/>
    <TaxCatchAll xmlns="6a05d99e-e79c-4864-a89d-0142397f4be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73B94C-9CD6-43BA-8983-652AB12A9569}"/>
</file>

<file path=customXml/itemProps3.xml><?xml version="1.0" encoding="utf-8"?>
<ds:datastoreItem xmlns:ds="http://schemas.openxmlformats.org/officeDocument/2006/customXml" ds:itemID="{22A5D7D4-EE11-4C30-8768-DCB2D2F6A395}"/>
</file>

<file path=customXml/itemProps4.xml><?xml version="1.0" encoding="utf-8"?>
<ds:datastoreItem xmlns:ds="http://schemas.openxmlformats.org/officeDocument/2006/customXml" ds:itemID="{A1B041C0-6437-408E-A3CA-B5FA88B4470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Checklist para completar la postulación - Especialización en Matemática</dc:title>
  <dc:subject>Convocatoria Pública</dc:subject>
  <dc:creator>Lineth Campos</dc:creator>
  <keywords/>
  <dc:description>generated by python-docx</dc:description>
  <lastModifiedBy>Lineth Campos</lastModifiedBy>
  <revision>4</revision>
  <dcterms:created xsi:type="dcterms:W3CDTF">2026-09-29T15:57:00.0000000Z</dcterms:created>
  <dcterms:modified xsi:type="dcterms:W3CDTF">2026-10-01T13:58:48.5730275Z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3f94c5-04bf-4cfb-b9dd-e9293ab34a61_Enabled">
    <vt:lpwstr>true</vt:lpwstr>
  </property>
  <property fmtid="{D5CDD505-2E9C-101B-9397-08002B2CF9AE}" pid="3" name="MSIP_Label_173f94c5-04bf-4cfb-b9dd-e9293ab34a61_SetDate">
    <vt:lpwstr>2026-09-29T15:57:03Z</vt:lpwstr>
  </property>
  <property fmtid="{D5CDD505-2E9C-101B-9397-08002B2CF9AE}" pid="4" name="MSIP_Label_173f94c5-04bf-4cfb-b9dd-e9293ab34a61_Method">
    <vt:lpwstr>Standard</vt:lpwstr>
  </property>
  <property fmtid="{D5CDD505-2E9C-101B-9397-08002B2CF9AE}" pid="5" name="MSIP_Label_173f94c5-04bf-4cfb-b9dd-e9293ab34a61_Name">
    <vt:lpwstr>defa4170-0d19-0005-0004-bc88714345d2</vt:lpwstr>
  </property>
  <property fmtid="{D5CDD505-2E9C-101B-9397-08002B2CF9AE}" pid="6" name="MSIP_Label_173f94c5-04bf-4cfb-b9dd-e9293ab34a61_SiteId">
    <vt:lpwstr>38cdaf25-ec2b-48ad-ab41-f07423d5a1fc</vt:lpwstr>
  </property>
  <property fmtid="{D5CDD505-2E9C-101B-9397-08002B2CF9AE}" pid="7" name="MSIP_Label_173f94c5-04bf-4cfb-b9dd-e9293ab34a61_ActionId">
    <vt:lpwstr>9ce9aa0a-204f-4dd2-891a-fd2a86ac6432</vt:lpwstr>
  </property>
  <property fmtid="{D5CDD505-2E9C-101B-9397-08002B2CF9AE}" pid="8" name="MSIP_Label_173f94c5-04bf-4cfb-b9dd-e9293ab34a61_ContentBits">
    <vt:lpwstr>0</vt:lpwstr>
  </property>
  <property fmtid="{D5CDD505-2E9C-101B-9397-08002B2CF9AE}" pid="9" name="MSIP_Label_173f94c5-04bf-4cfb-b9dd-e9293ab34a61_Tag">
    <vt:lpwstr>10, 3, 0, 1</vt:lpwstr>
  </property>
  <property fmtid="{D5CDD505-2E9C-101B-9397-08002B2CF9AE}" pid="10" name="ContentTypeId">
    <vt:lpwstr>0x01010054E4E0AF2FA74B4C8C03D8EF6DCCB535</vt:lpwstr>
  </property>
</Properties>
</file>